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F5CC04" w14:textId="77777777" w:rsidR="00B97901" w:rsidRDefault="007D75D5">
      <w:pPr>
        <w:jc w:val="center"/>
      </w:pPr>
      <w:r>
        <w:rPr>
          <w:b/>
          <w:color w:val="0066CC"/>
          <w:sz w:val="40"/>
        </w:rPr>
        <w:t>Resume – Elyaas Seddiqi</w:t>
      </w:r>
    </w:p>
    <w:p w14:paraId="5CA09403" w14:textId="77777777" w:rsidR="00B97901" w:rsidRDefault="00B97901"/>
    <w:p w14:paraId="175B19C6" w14:textId="77777777" w:rsidR="00B97901" w:rsidRDefault="007D75D5">
      <w:r>
        <w:t>Grade 5 Student</w:t>
      </w:r>
    </w:p>
    <w:p w14:paraId="1CF87CE0" w14:textId="77777777" w:rsidR="00B97901" w:rsidRDefault="007D75D5">
      <w:r>
        <w:t>Location: Toronto, Ontario</w:t>
      </w:r>
    </w:p>
    <w:p w14:paraId="03DB5CD8" w14:textId="65D42484" w:rsidR="00B97901" w:rsidRDefault="007D75D5">
      <w:r>
        <w:t xml:space="preserve">Email: </w:t>
      </w:r>
      <w:hyperlink r:id="rId6" w:history="1">
        <w:r w:rsidRPr="005A1B03">
          <w:rPr>
            <w:rStyle w:val="Hyperlink"/>
          </w:rPr>
          <w:t>Elyaas.seddiqi@gmail.com</w:t>
        </w:r>
      </w:hyperlink>
      <w:r>
        <w:t xml:space="preserve"> </w:t>
      </w:r>
    </w:p>
    <w:p w14:paraId="1185782E" w14:textId="77E32671" w:rsidR="00B97901" w:rsidRDefault="007D75D5">
      <w:r>
        <w:t>Phone: +1 (437-348-1714)</w:t>
      </w:r>
    </w:p>
    <w:p w14:paraId="4860288B" w14:textId="77777777" w:rsidR="00B97901" w:rsidRDefault="007D75D5">
      <w:r>
        <w:rPr>
          <w:b/>
          <w:color w:val="0066CC"/>
          <w:sz w:val="28"/>
        </w:rPr>
        <w:t>Professional Summary</w:t>
      </w:r>
    </w:p>
    <w:p w14:paraId="2C00404D" w14:textId="6046AF3D" w:rsidR="00B97901" w:rsidRDefault="007D75D5">
      <w:r>
        <w:t xml:space="preserve">Motivated and disciplined Grade 5 student with a </w:t>
      </w:r>
      <w:r>
        <w:t xml:space="preserve">strong interest in technology, coding, </w:t>
      </w:r>
      <w:r>
        <w:t>languages, and sports. Shows excellent responsibility, teamwork, and problem‑solving skills. Quickly learns new concepts and enjoys challenging activities such as coding and chess.</w:t>
      </w:r>
    </w:p>
    <w:p w14:paraId="20AFA1B7" w14:textId="77777777" w:rsidR="00B97901" w:rsidRDefault="007D75D5">
      <w:r>
        <w:rPr>
          <w:b/>
          <w:color w:val="0066CC"/>
          <w:sz w:val="28"/>
        </w:rPr>
        <w:t>Education</w:t>
      </w:r>
    </w:p>
    <w:p w14:paraId="0CDBB7DC" w14:textId="77777777" w:rsidR="00B97901" w:rsidRDefault="007D75D5">
      <w:r>
        <w:t>Eleme</w:t>
      </w:r>
      <w:bookmarkStart w:id="0" w:name="_GoBack"/>
      <w:bookmarkEnd w:id="0"/>
      <w:r>
        <w:t>ntary School Student – Grade 5 (Canada)</w:t>
      </w:r>
    </w:p>
    <w:p w14:paraId="6429263F" w14:textId="77777777" w:rsidR="00B97901" w:rsidRDefault="007D75D5">
      <w:r>
        <w:rPr>
          <w:b/>
          <w:color w:val="0066CC"/>
          <w:sz w:val="28"/>
        </w:rPr>
        <w:t>Key Achievements</w:t>
      </w:r>
    </w:p>
    <w:p w14:paraId="19AD28FD" w14:textId="77777777" w:rsidR="00B97901" w:rsidRDefault="007D75D5">
      <w:r>
        <w:t>• C</w:t>
      </w:r>
      <w:r>
        <w:t>ompleted two years of coding studies</w:t>
      </w:r>
    </w:p>
    <w:p w14:paraId="230A2D2E" w14:textId="77777777" w:rsidR="00B97901" w:rsidRDefault="007D75D5">
      <w:r>
        <w:t>• Fluent in three languages</w:t>
      </w:r>
    </w:p>
    <w:p w14:paraId="58740B30" w14:textId="77777777" w:rsidR="00B97901" w:rsidRDefault="007D75D5">
      <w:r>
        <w:t>• Actively participates in sports and competitions</w:t>
      </w:r>
    </w:p>
    <w:p w14:paraId="76DE033B" w14:textId="77777777" w:rsidR="00B97901" w:rsidRDefault="007D75D5">
      <w:r>
        <w:t>• Strong academic performance and positive attitude</w:t>
      </w:r>
    </w:p>
    <w:p w14:paraId="3E2EE39F" w14:textId="77777777" w:rsidR="00B97901" w:rsidRDefault="007D75D5">
      <w:r>
        <w:rPr>
          <w:b/>
          <w:color w:val="0066CC"/>
          <w:sz w:val="28"/>
        </w:rPr>
        <w:t>Technical Skills</w:t>
      </w:r>
    </w:p>
    <w:p w14:paraId="27DF27E6" w14:textId="77777777" w:rsidR="00B97901" w:rsidRDefault="007D75D5">
      <w:r>
        <w:t>• HTML, CSS, Bootstrap, JavaScript</w:t>
      </w:r>
    </w:p>
    <w:p w14:paraId="370A73ED" w14:textId="77777777" w:rsidR="00B97901" w:rsidRDefault="007D75D5">
      <w:r>
        <w:t>• ICDL Certification training</w:t>
      </w:r>
    </w:p>
    <w:p w14:paraId="270E2EFB" w14:textId="77777777" w:rsidR="00B97901" w:rsidRDefault="007D75D5">
      <w:r>
        <w:t>• Adva</w:t>
      </w:r>
      <w:r>
        <w:t>nced Windows skills</w:t>
      </w:r>
    </w:p>
    <w:p w14:paraId="662D0B87" w14:textId="77777777" w:rsidR="00B97901" w:rsidRDefault="007D75D5">
      <w:r>
        <w:t>• Microsoft Office Suite: Word, Excel, PowerPoint, Access</w:t>
      </w:r>
    </w:p>
    <w:p w14:paraId="69202AA8" w14:textId="77777777" w:rsidR="00B97901" w:rsidRDefault="007D75D5">
      <w:r>
        <w:t>• Safe internet usage and digital citizenship awareness</w:t>
      </w:r>
    </w:p>
    <w:p w14:paraId="12116F76" w14:textId="77777777" w:rsidR="00B97901" w:rsidRDefault="007D75D5">
      <w:r>
        <w:rPr>
          <w:b/>
          <w:color w:val="0066CC"/>
          <w:sz w:val="28"/>
        </w:rPr>
        <w:t>Coding Projects</w:t>
      </w:r>
    </w:p>
    <w:p w14:paraId="41EDC215" w14:textId="77777777" w:rsidR="00B97901" w:rsidRDefault="007D75D5">
      <w:r>
        <w:t>• Created simple websites using HTML and CSS</w:t>
      </w:r>
    </w:p>
    <w:p w14:paraId="593B6CA7" w14:textId="77777777" w:rsidR="00B97901" w:rsidRDefault="007D75D5">
      <w:r>
        <w:lastRenderedPageBreak/>
        <w:t>• Designed interactive buttons and menus using JavaScript</w:t>
      </w:r>
    </w:p>
    <w:p w14:paraId="57C43861" w14:textId="77777777" w:rsidR="00B97901" w:rsidRDefault="007D75D5">
      <w:r>
        <w:t>• P</w:t>
      </w:r>
      <w:r>
        <w:t>racticing responsive pages using Bootstrap</w:t>
      </w:r>
    </w:p>
    <w:p w14:paraId="1DB3C8CB" w14:textId="77777777" w:rsidR="00B97901" w:rsidRDefault="007D75D5">
      <w:r>
        <w:t>• Participating in school and online coding activities</w:t>
      </w:r>
    </w:p>
    <w:p w14:paraId="152AC846" w14:textId="77777777" w:rsidR="00B97901" w:rsidRDefault="007D75D5">
      <w:r>
        <w:rPr>
          <w:b/>
          <w:color w:val="0066CC"/>
          <w:sz w:val="28"/>
        </w:rPr>
        <w:t>Languages</w:t>
      </w:r>
    </w:p>
    <w:p w14:paraId="2551E592" w14:textId="77777777" w:rsidR="00B97901" w:rsidRDefault="007D75D5">
      <w:r>
        <w:t>• English – Fluent</w:t>
      </w:r>
    </w:p>
    <w:p w14:paraId="51E0D819" w14:textId="77777777" w:rsidR="00B97901" w:rsidRDefault="007D75D5">
      <w:r>
        <w:t>• Persian (Farsi/Dari) – Fluent</w:t>
      </w:r>
    </w:p>
    <w:p w14:paraId="39CF0A8E" w14:textId="77777777" w:rsidR="00B97901" w:rsidRDefault="007D75D5">
      <w:r>
        <w:t>• French – Fluent</w:t>
      </w:r>
    </w:p>
    <w:p w14:paraId="56D4AA66" w14:textId="77777777" w:rsidR="00B97901" w:rsidRDefault="007D75D5">
      <w:r>
        <w:rPr>
          <w:b/>
          <w:color w:val="0066CC"/>
          <w:sz w:val="28"/>
        </w:rPr>
        <w:t>Extracurricular Activities</w:t>
      </w:r>
    </w:p>
    <w:p w14:paraId="3799E977" w14:textId="77777777" w:rsidR="00B97901" w:rsidRDefault="007D75D5">
      <w:r>
        <w:t>• Jiu‑Jitsu – 2 years of continuous training</w:t>
      </w:r>
    </w:p>
    <w:p w14:paraId="269E4EFA" w14:textId="77777777" w:rsidR="00B97901" w:rsidRDefault="007D75D5">
      <w:r>
        <w:t xml:space="preserve">• </w:t>
      </w:r>
      <w:r>
        <w:t>Chess player – practices strategy and concentration</w:t>
      </w:r>
    </w:p>
    <w:p w14:paraId="22489102" w14:textId="77777777" w:rsidR="00B97901" w:rsidRDefault="007D75D5">
      <w:r>
        <w:t>• School activities and teamwork projects</w:t>
      </w:r>
    </w:p>
    <w:p w14:paraId="54EFB871" w14:textId="77777777" w:rsidR="00B97901" w:rsidRDefault="007D75D5">
      <w:r>
        <w:rPr>
          <w:b/>
          <w:color w:val="0066CC"/>
          <w:sz w:val="28"/>
        </w:rPr>
        <w:t>Personal Qualities</w:t>
      </w:r>
    </w:p>
    <w:p w14:paraId="0B83A22B" w14:textId="77777777" w:rsidR="00B97901" w:rsidRDefault="007D75D5">
      <w:r>
        <w:t>• Respectful and responsible</w:t>
      </w:r>
    </w:p>
    <w:p w14:paraId="53F0FA4D" w14:textId="77777777" w:rsidR="00B97901" w:rsidRDefault="007D75D5">
      <w:r>
        <w:t>• Positive attitude</w:t>
      </w:r>
    </w:p>
    <w:p w14:paraId="5EBF3C07" w14:textId="77777777" w:rsidR="00B97901" w:rsidRDefault="007D75D5">
      <w:r>
        <w:t>• Strong communication skills</w:t>
      </w:r>
    </w:p>
    <w:p w14:paraId="696ED380" w14:textId="77777777" w:rsidR="00B97901" w:rsidRDefault="007D75D5">
      <w:r>
        <w:t>• Creative thinker and problem solver</w:t>
      </w:r>
    </w:p>
    <w:p w14:paraId="5BB4B21C" w14:textId="77777777" w:rsidR="00B97901" w:rsidRDefault="007D75D5">
      <w:r>
        <w:t>• Punctual and organized</w:t>
      </w:r>
    </w:p>
    <w:p w14:paraId="3E21C97E" w14:textId="77777777" w:rsidR="00B97901" w:rsidRDefault="007D75D5">
      <w:r>
        <w:rPr>
          <w:b/>
          <w:color w:val="0066CC"/>
          <w:sz w:val="28"/>
        </w:rPr>
        <w:t>I</w:t>
      </w:r>
      <w:r>
        <w:rPr>
          <w:b/>
          <w:color w:val="0066CC"/>
          <w:sz w:val="28"/>
        </w:rPr>
        <w:t>nterests</w:t>
      </w:r>
    </w:p>
    <w:p w14:paraId="313BC123" w14:textId="77777777" w:rsidR="00B97901" w:rsidRDefault="007D75D5">
      <w:r>
        <w:t>• Technology and computers</w:t>
      </w:r>
    </w:p>
    <w:p w14:paraId="5C6D37CD" w14:textId="77777777" w:rsidR="00B97901" w:rsidRDefault="007D75D5">
      <w:r>
        <w:t>• Robotics and future innovations</w:t>
      </w:r>
    </w:p>
    <w:p w14:paraId="65029660" w14:textId="77777777" w:rsidR="00B97901" w:rsidRDefault="007D75D5">
      <w:r>
        <w:t>• Reading educational books</w:t>
      </w:r>
    </w:p>
    <w:p w14:paraId="2F4FD816" w14:textId="77777777" w:rsidR="00B97901" w:rsidRDefault="007D75D5">
      <w:r>
        <w:t>• Sports, exercise, and healthy lifestyle</w:t>
      </w:r>
    </w:p>
    <w:p w14:paraId="25219D75" w14:textId="77777777" w:rsidR="00B97901" w:rsidRDefault="00B97901"/>
    <w:p w14:paraId="15A266B3" w14:textId="77777777" w:rsidR="00B97901" w:rsidRDefault="00B97901"/>
    <w:p w14:paraId="124AA8A9" w14:textId="77777777" w:rsidR="00B97901" w:rsidRDefault="00B97901"/>
    <w:p w14:paraId="553527BF" w14:textId="77777777" w:rsidR="00B97901" w:rsidRDefault="00B97901"/>
    <w:p w14:paraId="7342A7BF" w14:textId="77777777" w:rsidR="00B97901" w:rsidRDefault="00B97901"/>
    <w:sectPr w:rsidR="00B9790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D75D5"/>
    <w:rsid w:val="00AA1D8D"/>
    <w:rsid w:val="00B47730"/>
    <w:rsid w:val="00B97901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9B5A22"/>
  <w14:defaultImageDpi w14:val="300"/>
  <w15:docId w15:val="{589E8D47-C050-407E-918E-6FDFDEC18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7D75D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75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lyaas.seddiqi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3650650-6B05-4104-8C75-6000B03DA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hasib ullah</cp:lastModifiedBy>
  <cp:revision>2</cp:revision>
  <dcterms:created xsi:type="dcterms:W3CDTF">2013-12-23T23:15:00Z</dcterms:created>
  <dcterms:modified xsi:type="dcterms:W3CDTF">2026-01-10T14:00:00Z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7582f4f5-0a59-4a8c-8e38-052fcfbd400f</vt:lpwstr>
  </property>
</Properties>
</file>